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rPr>
          <w:rFonts w:ascii="Noto Sans CJK JP" w:hAnsi="Noto Sans CJK JP" w:eastAsia="Noto Sans CJK JP"/>
          <w:b/>
          <w:color w:val="000000"/>
          <w:sz w:val="26"/>
        </w:rPr>
        <w:t>日本野菜ソムリエ協会</w:t>
      </w:r>
    </w:p>
    <w:p>
      <w:pPr>
        <w:spacing w:after="160"/>
        <w:jc w:val="center"/>
      </w:pPr>
      <w:r>
        <w:rPr>
          <w:rFonts w:ascii="Noto Sans CJK JP" w:hAnsi="Noto Sans CJK JP" w:eastAsia="Noto Sans CJK JP"/>
          <w:b/>
          <w:color w:val="000000"/>
          <w:sz w:val="36"/>
        </w:rPr>
        <w:t>認定レストラン・認定カフェ 申込書</w:t>
      </w:r>
    </w:p>
    <w:p>
      <w:pPr>
        <w:spacing w:after="120"/>
      </w:pPr>
      <w:r>
        <w:rPr>
          <w:rFonts w:ascii="Noto Sans CJK JP" w:hAnsi="Noto Sans CJK JP" w:eastAsia="Noto Sans CJK JP"/>
          <w:b w:val="0"/>
          <w:color w:val="000000"/>
          <w:sz w:val="19"/>
        </w:rPr>
        <w:t>本申込書は、野菜・果物の魅力を生活者へ届ける店舗を、日本野菜ソムリエ協会が認定するための申請書です。必要事項をご記入のうえ、店舗・料理写真等とあわせてお申し込みください。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1　申込区分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新規申込み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既存認定レストランからの継続（入会金無料）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過去に退会した店舗の再入会（入会金が必要）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 xml:space="preserve">□ 2店舗目以降の申込み　登録済店舗名：　　　　　　　　　　　　　　　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2　希望する認定区分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認定レストラン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認定カフェ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3　店舗情報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5100"/>
        <w:gridCol w:w="5100"/>
      </w:tblGrid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掲載店舗名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フリガナ：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店舗住所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〒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担当者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氏名：　　　　　　　　　　　　　役職：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連絡先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TEL：　　　　　　　　　　　　　E-mail：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Web・SNS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Webサイト：　　　　　　　　　　　　　　　　　　　　　　　　　　　　　　　　　　　</w:t>
              <w:br/>
              <w:t xml:space="preserve">Instagram等：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料理・提供ジャンル</w:t>
              <w:br/>
              <w:t>複数選択可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□ 和食　□ 洋食　□ 中華　□ イタリアン　□ フレンチ</w:t>
              <w:br/>
              <w:t>□ アジア・エスニック　□ 居酒屋・ダイニングバー　□ 郷土料理</w:t>
              <w:br/>
              <w:t xml:space="preserve">□ カフェ・喫茶　□ ベーカリー・スイーツ　□ その他：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営業時間・定休日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営業時間：　　　　　　　　　　　　　　　定休日：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アクセス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平均価格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ランチ：　　　　　　　　　　　　　ディナー：　　　　　　　　　　　　</w:t>
            </w:r>
          </w:p>
        </w:tc>
      </w:tr>
    </w:tbl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4　運営会社・請求先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5100"/>
        <w:gridCol w:w="5100"/>
      </w:tblGrid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法人・運営者名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所在地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〒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請求書送付先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□ 店舗宛　□ 運営会社宛　担当者：　　　　　　　　　部署名：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請求先E-mail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5　認定基準に関する確認</w:t>
      </w:r>
    </w:p>
    <w:p>
      <w:pPr>
        <w:spacing w:after="100"/>
      </w:pPr>
      <w:r>
        <w:rPr>
          <w:rFonts w:ascii="Noto Sans CJK JP" w:hAnsi="Noto Sans CJK JP" w:eastAsia="Noto Sans CJK JP"/>
          <w:b w:val="0"/>
          <w:color w:val="000000"/>
          <w:sz w:val="19"/>
        </w:rPr>
        <w:t>以下の4項目について、該当する場合はチェックし、具体的な内容をご記入ください。</w:t>
      </w:r>
    </w:p>
    <w:p>
      <w:pPr>
        <w:spacing w:before="100" w:after="20"/>
      </w:pPr>
      <w:r>
        <w:rPr>
          <w:rFonts w:ascii="Noto Sans CJK JP" w:hAnsi="Noto Sans CJK JP" w:eastAsia="Noto Sans CJK JP"/>
          <w:b/>
          <w:color w:val="000000"/>
          <w:sz w:val="19"/>
        </w:rPr>
        <w:t>□ 協会の理念・制度趣旨に賛同し、野菜や果物の魅力を発信している</w:t>
      </w:r>
    </w:p>
    <w:p>
      <w:pPr>
        <w:spacing w:after="20"/>
      </w:pPr>
      <w:r>
        <w:rPr>
          <w:rFonts w:ascii="Noto Sans CJK JP" w:hAnsi="Noto Sans CJK JP" w:eastAsia="Noto Sans CJK JP"/>
          <w:b w:val="0"/>
          <w:color w:val="555555"/>
          <w:sz w:val="17"/>
        </w:rPr>
        <w:t>具体的な取組・発信内容：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before="100" w:after="20"/>
      </w:pPr>
      <w:r>
        <w:rPr>
          <w:rFonts w:ascii="Noto Sans CJK JP" w:hAnsi="Noto Sans CJK JP" w:eastAsia="Noto Sans CJK JP"/>
          <w:b/>
          <w:color w:val="000000"/>
          <w:sz w:val="19"/>
        </w:rPr>
        <w:t>□ 野菜・果物の素材にこだわったストーリーやメニューがある</w:t>
      </w:r>
    </w:p>
    <w:p>
      <w:pPr>
        <w:spacing w:after="20"/>
      </w:pPr>
      <w:r>
        <w:rPr>
          <w:rFonts w:ascii="Noto Sans CJK JP" w:hAnsi="Noto Sans CJK JP" w:eastAsia="Noto Sans CJK JP"/>
          <w:b w:val="0"/>
          <w:color w:val="555555"/>
          <w:sz w:val="17"/>
        </w:rPr>
        <w:t>素材へのこだわり、仕入れ、生産者、開発背景など：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before="100" w:after="20"/>
      </w:pPr>
      <w:r>
        <w:rPr>
          <w:rFonts w:ascii="Noto Sans CJK JP" w:hAnsi="Noto Sans CJK JP" w:eastAsia="Noto Sans CJK JP"/>
          <w:b/>
          <w:color w:val="000000"/>
          <w:sz w:val="19"/>
        </w:rPr>
        <w:t>□ 旬や食材の情報を生活者へ発信している</w:t>
      </w:r>
    </w:p>
    <w:p>
      <w:pPr>
        <w:spacing w:after="20"/>
      </w:pPr>
      <w:r>
        <w:rPr>
          <w:rFonts w:ascii="Noto Sans CJK JP" w:hAnsi="Noto Sans CJK JP" w:eastAsia="Noto Sans CJK JP"/>
          <w:b w:val="0"/>
          <w:color w:val="555555"/>
          <w:sz w:val="17"/>
        </w:rPr>
        <w:t>店頭、メニュー、接客、Web、SNS等での発信内容：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before="100" w:after="20"/>
      </w:pPr>
      <w:r>
        <w:rPr>
          <w:rFonts w:ascii="Noto Sans CJK JP" w:hAnsi="Noto Sans CJK JP" w:eastAsia="Noto Sans CJK JP"/>
          <w:b/>
          <w:color w:val="000000"/>
          <w:sz w:val="19"/>
        </w:rPr>
        <w:t>□ 協会とのPR・企画・情報連携に協力できる</w:t>
      </w:r>
    </w:p>
    <w:p>
      <w:pPr>
        <w:spacing w:after="20"/>
      </w:pPr>
      <w:r>
        <w:rPr>
          <w:rFonts w:ascii="Noto Sans CJK JP" w:hAnsi="Noto Sans CJK JP" w:eastAsia="Noto Sans CJK JP"/>
          <w:b w:val="0"/>
          <w:color w:val="555555"/>
          <w:sz w:val="17"/>
        </w:rPr>
        <w:t>協力できる内容や希望する連携：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r>
        <w:br w:type="page"/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6　店舗・メニューの紹介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5100"/>
        <w:gridCol w:w="5100"/>
      </w:tblGrid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店舗コンセプト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  <w:br/>
              <w:t xml:space="preserve">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看板メニュー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メニュー名：　　　　　　　　　　　　　　　　　　　　　　　　　　　　　　　　　　　</w:t>
              <w:br/>
              <w:t xml:space="preserve">使用する野菜・果物、特徴：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旬のおすすめ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メニュー名：　　　　　　　　　　　　　　　　　　　　　　　　　　　　　　　　　　　</w:t>
              <w:br/>
              <w:t xml:space="preserve">使用する野菜・果物、提供時期：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生活者へのメッセージ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  <w:br/>
              <w:t xml:space="preserve">　　　　　　　　　　　　　　　　　　　　　　　　　　　　　　　　　　　　　　　　　</w:t>
            </w:r>
          </w:p>
        </w:tc>
      </w:tr>
    </w:tbl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7　野菜ソムリエ資格について</w:t>
      </w:r>
    </w:p>
    <w:p>
      <w:pPr>
        <w:spacing w:after="80"/>
      </w:pPr>
      <w:r>
        <w:rPr>
          <w:rFonts w:ascii="Noto Sans CJK JP" w:hAnsi="Noto Sans CJK JP" w:eastAsia="Noto Sans CJK JP"/>
          <w:b w:val="0"/>
          <w:color w:val="000000"/>
          <w:sz w:val="19"/>
        </w:rPr>
        <w:t>資格取得は認定の必須条件ではありません。該当する項目にチェックしてください。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 xml:space="preserve">□ 店舗に資格保有者がいる　氏名：　　　　　　　　　資格名：　　　　　　　　　会員番号：　　　　　　　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現在はいないが、資格取得の案内を希望する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資格取得の案内は希望しない</w:t>
      </w:r>
    </w:p>
    <w:p>
      <w:pPr>
        <w:spacing w:before="100" w:after="60"/>
      </w:pPr>
      <w:r>
        <w:rPr>
          <w:rFonts w:ascii="Noto Sans CJK JP" w:hAnsi="Noto Sans CJK JP" w:eastAsia="Noto Sans CJK JP"/>
          <w:b/>
          <w:color w:val="000000"/>
          <w:sz w:val="20"/>
        </w:rPr>
        <w:t>野菜ソムリエからの紹介・推薦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紹介・推薦あり　　□ 紹介　□ 推薦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紹介・推薦なし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5100"/>
        <w:gridCol w:w="5100"/>
      </w:tblGrid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紹介・推薦者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氏名：　　　　　　　　　資格名：　　　　　　　　　会員番号：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所属・連絡先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所属：　　　　　　　　　　　　　　　　E-mail・TEL：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紹介・推薦理由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  <w:br/>
              <w:t xml:space="preserve">　　　　　　　　　　　　　　　　　　　　　　　　　　　　　　　　　　　　　　　　　</w:t>
            </w:r>
          </w:p>
        </w:tc>
      </w:tr>
    </w:tbl>
    <w:p>
      <w:r>
        <w:br w:type="page"/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8　提出資料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店舗外観写真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店内写真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看板メニュー・野菜果物を使用した料理の写真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メニュー表または価格が分かる資料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その他、取組が分かる資料（任意）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9　料金と支払い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shd w:fill="315D4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FFFFFF"/>
                <w:sz w:val="18"/>
              </w:rPr>
              <w:t>区分</w:t>
            </w:r>
          </w:p>
        </w:tc>
        <w:tc>
          <w:tcPr>
            <w:tcW w:type="dxa" w:w="3400"/>
            <w:shd w:fill="315D4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FFFFFF"/>
                <w:sz w:val="18"/>
              </w:rPr>
              <w:t>金額</w:t>
            </w:r>
          </w:p>
        </w:tc>
        <w:tc>
          <w:tcPr>
            <w:tcW w:type="dxa" w:w="3400"/>
            <w:shd w:fill="315D4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FFFFFF"/>
                <w:sz w:val="18"/>
              </w:rPr>
              <w:t>適用</w:t>
            </w:r>
          </w:p>
        </w:tc>
      </w:tr>
      <w:tr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入会金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30,000円（税込）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新規申込み・退会後の再入会</w:t>
            </w:r>
          </w:p>
        </w:tc>
      </w:tr>
      <w:tr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年会費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24,000円（税込）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認定レストラン・認定カフェ共通</w:t>
            </w:r>
          </w:p>
        </w:tc>
      </w:tr>
      <w:tr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既存店の継続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入会金無料</w:t>
            </w:r>
          </w:p>
        </w:tc>
        <w:tc>
          <w:tcPr>
            <w:tcW w:type="dxa" w:w="34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現在の認定を継続する店舗</w:t>
            </w:r>
          </w:p>
        </w:tc>
      </w:tr>
    </w:tbl>
    <w:p>
      <w:pPr>
        <w:spacing w:before="60" w:after="80"/>
      </w:pPr>
      <w:r>
        <w:rPr>
          <w:rFonts w:ascii="Noto Sans CJK JP" w:hAnsi="Noto Sans CJK JP" w:eastAsia="Noto Sans CJK JP"/>
          <w:b w:val="0"/>
          <w:color w:val="000000"/>
          <w:sz w:val="17"/>
        </w:rPr>
        <w:t>※振込先・支払期限は審査結果とあわせてご案内します。入金後、申請者都合によるキャンセル・途中退会の返金はできません。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10　協会との連携について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協会Webサイト・SNS等への店舗情報、写真、取組内容の掲載に同意する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協会からの取材、PR企画、イベント等の連絡を受けることに同意する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生産者紹介・調達相談・視察等の案内を希望する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認定店選手権など、今後の企画情報を希望する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11　制度に期待すること</w:t>
      </w:r>
    </w:p>
    <w:p>
      <w:pPr>
        <w:spacing w:after="0"/>
        <w:pBdr>
          <w:bottom w:val="single" w:sz="4" w:color="BFBFBF"/>
        </w:pBdr>
      </w:pPr>
      <w:r>
        <w:rPr>
          <w:rFonts w:ascii="Noto Sans CJK JP" w:hAnsi="Noto Sans CJK JP" w:eastAsia="Noto Sans CJK JP"/>
          <w:b w:val="0"/>
          <w:color w:val="000000"/>
          <w:sz w:val="18"/>
        </w:rPr>
        <w:t xml:space="preserve">　　　　　　　　　　　　　　　　　　　　　　　　　　　　　　　　　　　　　　　　　</w:t>
      </w:r>
    </w:p>
    <w:p>
      <w:r>
        <w:br w:type="page"/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12　申込みに関する同意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申込内容および提出資料に虚偽がないことを確認します。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協会が申込内容を審査し、必要に応じて追加資料やヒアリングを求めることに同意します。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認定後も認定基準を満たし、店舗情報に変更があった場合は協会へ連絡します。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制度趣旨に反する行為、申込内容との重大な相違等が確認された場合、認定が取り消されることがあることに同意します。</w:t>
      </w:r>
    </w:p>
    <w:p>
      <w:pPr>
        <w:spacing w:after="40"/>
        <w:ind w:left="0"/>
      </w:pPr>
      <w:r>
        <w:rPr>
          <w:rFonts w:ascii="Noto Sans CJK JP" w:hAnsi="Noto Sans CJK JP" w:eastAsia="Noto Sans CJK JP"/>
          <w:b w:val="0"/>
          <w:color w:val="000000"/>
          <w:sz w:val="19"/>
        </w:rPr>
        <w:t>□ 個人情報および店舗情報を、審査・連絡・請求・認定店紹介・制度運営のために取り扱うことに同意します。</w:t>
      </w:r>
    </w:p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13　申込者署名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5100"/>
        <w:gridCol w:w="5100"/>
      </w:tblGrid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申込日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>20　　　年　　　　月　　　　日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法人・店舗名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代表者・責任者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  <w:tr>
        <w:tc>
          <w:tcPr>
            <w:tcW w:type="dxa" w:w="2381"/>
            <w:shd w:fill="EAF2ED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/>
                <w:color w:val="000000"/>
                <w:sz w:val="18"/>
              </w:rPr>
              <w:t>申込担当者</w:t>
            </w:r>
          </w:p>
        </w:tc>
        <w:tc>
          <w:tcPr>
            <w:tcW w:type="dxa" w:w="7257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Noto Sans CJK JP" w:hAnsi="Noto Sans CJK JP" w:eastAsia="Noto Sans CJK JP"/>
                <w:b w:val="0"/>
                <w:color w:val="000000"/>
                <w:sz w:val="18"/>
              </w:rPr>
              <w:t xml:space="preserve">　　　　　　　　　　　　　　　　　　　　　　　　　　　　　　　　　　　　　　　　　</w:t>
            </w:r>
          </w:p>
        </w:tc>
      </w:tr>
    </w:tbl>
    <w:p>
      <w:pPr>
        <w:spacing w:before="160" w:after="80"/>
        <w:keepNext/>
      </w:pPr>
      <w:r>
        <w:rPr>
          <w:rFonts w:ascii="Noto Sans CJK JP" w:hAnsi="Noto Sans CJK JP" w:eastAsia="Noto Sans CJK JP"/>
          <w:b/>
          <w:color w:val="000000"/>
          <w:sz w:val="24"/>
        </w:rPr>
        <w:t>申込書の送付先</w:t>
      </w:r>
    </w:p>
    <w:p>
      <w:pPr>
        <w:spacing w:after="60"/>
      </w:pPr>
      <w:r>
        <w:rPr>
          <w:rFonts w:ascii="Noto Sans CJK JP" w:hAnsi="Noto Sans CJK JP" w:eastAsia="Noto Sans CJK JP"/>
          <w:b/>
          <w:color w:val="000000"/>
          <w:sz w:val="20"/>
        </w:rPr>
        <w:t>日本野菜ソムリエ協会　認定店担当</w:t>
        <w:br/>
        <w:t>E-mail：umai831@vege-fru.com</w:t>
      </w:r>
    </w:p>
    <w:p>
      <w:pPr>
        <w:spacing w:after="200"/>
      </w:pPr>
      <w:r>
        <w:rPr>
          <w:rFonts w:ascii="Noto Sans CJK JP" w:hAnsi="Noto Sans CJK JP" w:eastAsia="Noto Sans CJK JP"/>
          <w:b w:val="0"/>
          <w:color w:val="000000"/>
          <w:sz w:val="19"/>
        </w:rPr>
        <w:t>申込書と提出資料をメールに添付してお送りください。審査結果は後日、担当者へご連絡します。</w:t>
      </w:r>
    </w:p>
    <w:p>
      <w:pPr>
        <w:spacing w:before="100" w:after="60"/>
      </w:pPr>
      <w:r>
        <w:t>協会使用欄</w:t>
      </w:r>
      <w:r>
        <w:rPr>
          <w:rFonts w:ascii="Noto Sans CJK JP" w:hAnsi="Noto Sans CJK JP" w:eastAsia="Noto Sans CJK JP"/>
          <w:b/>
          <w:color w:val="000000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start w:val="single" w:sz="6" w:color="D9D9D9"/>
          <w:bottom w:val="single" w:sz="6" w:color="D9D9D9"/>
          <w:end w:val="single" w:sz="6" w:color="D9D9D9"/>
          <w:insideH w:val="single" w:sz="6" w:color="D9D9D9"/>
          <w:insideV w:val="single" w:sz="6" w:color="D9D9D9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2ED"/>
          </w:tcPr>
          <w:p>
            <w:r>
              <w:rPr>
                <w:rFonts w:ascii="Noto Sans CJK JP" w:hAnsi="Noto Sans CJK JP" w:eastAsia="Noto Sans CJK JP"/>
                <w:b/>
                <w:color w:val="000000"/>
                <w:sz w:val="17"/>
              </w:rPr>
              <w:t>受付日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JP" w:hAnsi="Noto Sans CJK JP" w:eastAsia="Noto Sans CJK JP"/>
                <w:b w:val="0"/>
                <w:color w:val="000000"/>
                <w:sz w:val="17"/>
              </w:rPr>
              <w:t xml:space="preserve">　　　　　年　　　月　　　日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2ED"/>
          </w:tcPr>
          <w:p>
            <w:r>
              <w:rPr>
                <w:rFonts w:ascii="Noto Sans CJK JP" w:hAnsi="Noto Sans CJK JP" w:eastAsia="Noto Sans CJK JP"/>
                <w:b/>
                <w:color w:val="000000"/>
                <w:sz w:val="17"/>
              </w:rPr>
              <w:t>審査結果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JP" w:hAnsi="Noto Sans CJK JP" w:eastAsia="Noto Sans CJK JP"/>
                <w:b w:val="0"/>
                <w:color w:val="000000"/>
                <w:sz w:val="17"/>
              </w:rPr>
              <w:t>□ 認定　□ 保留　□ 非認定</w:t>
            </w:r>
          </w:p>
        </w:tc>
      </w:tr>
      <w:tr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2ED"/>
          </w:tcPr>
          <w:p>
            <w:r>
              <w:rPr>
                <w:rFonts w:ascii="Noto Sans CJK JP" w:hAnsi="Noto Sans CJK JP" w:eastAsia="Noto Sans CJK JP"/>
                <w:b/>
                <w:color w:val="000000"/>
                <w:sz w:val="17"/>
              </w:rPr>
              <w:t>担当者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JP" w:hAnsi="Noto Sans CJK JP" w:eastAsia="Noto Sans CJK JP"/>
                <w:b w:val="0"/>
                <w:color w:val="000000"/>
                <w:sz w:val="17"/>
              </w:rPr>
              <w:t xml:space="preserve">　　　　　　　　　　　　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AF2ED"/>
          </w:tcPr>
          <w:p>
            <w:r>
              <w:rPr>
                <w:rFonts w:ascii="Noto Sans CJK JP" w:hAnsi="Noto Sans CJK JP" w:eastAsia="Noto Sans CJK JP"/>
                <w:b/>
                <w:color w:val="000000"/>
                <w:sz w:val="17"/>
              </w:rPr>
              <w:t>認定開始</w:t>
            </w:r>
          </w:p>
        </w:tc>
        <w:tc>
          <w:tcPr>
            <w:tcW w:type="dxa" w:w="25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JP" w:hAnsi="Noto Sans CJK JP" w:eastAsia="Noto Sans CJK JP"/>
                <w:b w:val="0"/>
                <w:color w:val="000000"/>
                <w:sz w:val="17"/>
              </w:rPr>
              <w:t xml:space="preserve">　　　　　年　　　月　　　日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JP" w:hAnsi="Noto Sans CJK JP" w:eastAsia="Noto Sans CJK JP"/>
        <w:b w:val="0"/>
        <w:color w:val="666666"/>
        <w:sz w:val="15"/>
      </w:rPr>
      <w:t>日本野菜ソムリエ協会　認定レストラン・認定カフェ申込書　2026年10月版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